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Syrus Samson</w:t>
      </w:r>
    </w:p>
    <w:p>
      <w:pPr>
        <w:pStyle w:val="Subtitle"/>
      </w:pPr>
      <w:r>
        <w:t>Front-End Lead</w:t>
      </w:r>
    </w:p>
    <w:p>
      <w:pPr>
        <w:spacing w:after="180"/>
      </w:pPr>
      <w:r>
        <w:t xml:space="preserve">Toronto, Canada  |  </w:t>
      </w:r>
      <w:hyperlink r:id="rId9">
        <w:r>
          <w:rPr>
            <w:color w:val="000000"/>
            <w:u w:val="single"/>
          </w:rPr>
          <w:t>syrus.samson99@gmail.com</w:t>
        </w:r>
      </w:hyperlink>
      <w:r>
        <w:t xml:space="preserve">  |  </w:t>
      </w:r>
      <w:hyperlink r:id="rId10">
        <w:r>
          <w:rPr>
            <w:color w:val="000000"/>
            <w:u w:val="single"/>
          </w:rPr>
          <w:t>syrussamson.ca</w:t>
        </w:r>
      </w:hyperlink>
    </w:p>
    <w:p>
      <w:pPr>
        <w:spacing w:after="60"/>
      </w:pPr>
      <w:r>
        <w:t>Front-End Lead working from product discovery and UI/UX through production React and TypeScript. Builds real-time communications dashboards and reporting interfaces, with personal projects in agent workflows, remote systems, and constrained hardware.</w:t>
      </w:r>
    </w:p>
    <w:p>
      <w:pPr>
        <w:pStyle w:val="Heading1"/>
      </w:pPr>
      <w:r>
        <w:t>EXPERIENCE</w:t>
      </w:r>
    </w:p>
    <w:p>
      <w:pPr>
        <w:pStyle w:val="Heading2"/>
      </w:pPr>
      <w:r>
        <w:t>Front-End Lead | Resource Software International Ltd.</w:t>
      </w:r>
    </w:p>
    <w:p>
      <w:pPr>
        <w:spacing w:after="60"/>
      </w:pPr>
      <w:r>
        <w:rPr>
          <w:i/>
        </w:rPr>
        <w:t>May 2022 - Present</w:t>
      </w:r>
    </w:p>
    <w:p>
      <w:pPr>
        <w:pStyle w:val="ListBullet"/>
      </w:pPr>
      <w:r>
        <w:t>Lead interface work across Shadow Agent and Shadow Analytics using React and TypeScript.</w:t>
      </w:r>
    </w:p>
    <w:p>
      <w:pPr>
        <w:pStyle w:val="ListBullet"/>
      </w:pPr>
      <w:r>
        <w:t>Build real-time dashboards, reporting interfaces, data grids, and visualizations for communications workflows.</w:t>
      </w:r>
    </w:p>
    <w:p>
      <w:pPr>
        <w:pStyle w:val="ListBullet"/>
      </w:pPr>
      <w:r>
        <w:t>Translate complex product requirements into reusable interface patterns and clear user journeys.</w:t>
      </w:r>
    </w:p>
    <w:p>
      <w:pPr>
        <w:pStyle w:val="Heading2"/>
      </w:pPr>
      <w:r>
        <w:t>Web Developer | Freelance</w:t>
      </w:r>
    </w:p>
    <w:p>
      <w:pPr>
        <w:spacing w:after="60"/>
      </w:pPr>
      <w:r>
        <w:rPr>
          <w:i/>
        </w:rPr>
        <w:t>January 2022 - Present</w:t>
      </w:r>
    </w:p>
    <w:p>
      <w:pPr>
        <w:pStyle w:val="ListBullet"/>
      </w:pPr>
      <w:r>
        <w:t>Build React interfaces and deploy websites on Vercel.</w:t>
      </w:r>
    </w:p>
    <w:p>
      <w:pPr>
        <w:pStyle w:val="ListBullet"/>
      </w:pPr>
      <w:r>
        <w:t>Support search visibility and measurement with SEO and Google Analytics.</w:t>
      </w:r>
    </w:p>
    <w:p>
      <w:pPr>
        <w:pStyle w:val="Heading2"/>
      </w:pPr>
      <w:r>
        <w:t>Web Developer / Social Media Coordinator | Collective Ink</w:t>
      </w:r>
    </w:p>
    <w:p>
      <w:pPr>
        <w:spacing w:after="60"/>
      </w:pPr>
      <w:r>
        <w:rPr>
          <w:i/>
        </w:rPr>
        <w:t>August 2020 - December 2021</w:t>
      </w:r>
    </w:p>
    <w:p>
      <w:pPr>
        <w:pStyle w:val="ListBullet"/>
      </w:pPr>
      <w:r>
        <w:t>Designed and built a website using HTML, CSS, and JavaScript.</w:t>
      </w:r>
    </w:p>
    <w:p>
      <w:pPr>
        <w:pStyle w:val="ListBullet"/>
      </w:pPr>
      <w:r>
        <w:t>Maintained website content and coordinated social campaigns.</w:t>
      </w:r>
    </w:p>
    <w:p>
      <w:pPr>
        <w:pStyle w:val="Heading1"/>
      </w:pPr>
      <w:r>
        <w:t>SELECTED PROJECTS</w:t>
      </w:r>
    </w:p>
    <w:p>
      <w:r>
        <w:rPr>
          <w:b/>
        </w:rPr>
        <w:t xml:space="preserve">MeridianX. </w:t>
      </w:r>
      <w:r>
        <w:t>Keyboard-driven Python/Textual command centre connecting agent CLIs, remote systems, workspaces, and hardware controls. Explicit argument construction, invocation previews, and run persistence.</w:t>
      </w:r>
    </w:p>
    <w:p>
      <w:r>
        <w:rPr>
          <w:b/>
        </w:rPr>
        <w:t xml:space="preserve">Ducky Stream. </w:t>
      </w:r>
      <w:r>
        <w:t>Adapted an open-source AirPlay receiver for Fire TV. Added service integration, bounded SQLite diagnostics, protocol-parser patches, and regression checks; casting confirmed on physical hardware.</w:t>
      </w:r>
    </w:p>
    <w:p>
      <w:r>
        <w:rPr>
          <w:b/>
        </w:rPr>
        <w:t xml:space="preserve">Whats Up Quinte. </w:t>
      </w:r>
      <w:r>
        <w:t>Event-discovery product in development, with React/TypeScript, Leaflet maps, shared browsing state, and AWS SAM backend infrastructure.</w:t>
      </w:r>
    </w:p>
    <w:p>
      <w:pPr>
        <w:pStyle w:val="Heading1"/>
      </w:pPr>
      <w:r>
        <w:t>TECHNICAL SKILLS</w:t>
      </w:r>
    </w:p>
    <w:p>
      <w:pPr>
        <w:spacing w:after="60"/>
      </w:pPr>
      <w:r>
        <w:rPr>
          <w:b/>
        </w:rPr>
        <w:t xml:space="preserve">Product &amp; interfaces: </w:t>
      </w:r>
      <w:r>
        <w:t>React, TypeScript, JavaScript, HTML / CSS, SASS, UI/UX, Data visualization</w:t>
      </w:r>
    </w:p>
    <w:p>
      <w:pPr>
        <w:spacing w:after="60"/>
      </w:pPr>
      <w:r>
        <w:rPr>
          <w:b/>
        </w:rPr>
        <w:t xml:space="preserve">Applications &amp; delivery: </w:t>
      </w:r>
      <w:r>
        <w:t>Node.js, AWS, Git / GitHub, Docker, Vercel, REST APIs</w:t>
      </w:r>
    </w:p>
    <w:p>
      <w:pPr>
        <w:spacing w:after="60"/>
      </w:pPr>
      <w:r>
        <w:rPr>
          <w:b/>
        </w:rPr>
        <w:t xml:space="preserve">AI &amp; connected systems: </w:t>
      </w:r>
      <w:r>
        <w:t>OpenAI API, Claude API, Agent workflows, Python / Textual, Tailscale, Local model deployment</w:t>
      </w:r>
    </w:p>
    <w:p>
      <w:pPr>
        <w:pStyle w:val="Heading1"/>
      </w:pPr>
      <w:r>
        <w:t>EDUCATION</w:t>
      </w:r>
    </w:p>
    <w:p>
      <w:r>
        <w:rPr>
          <w:b/>
        </w:rPr>
        <w:t>Algonquin College | Diploma in Web Programming</w:t>
      </w:r>
    </w:p>
    <w:p>
      <w:pPr>
        <w:spacing w:after="0"/>
      </w:pPr>
      <w:r>
        <w:t>September 2022 - April 2024 | GPA 3.7 | Dean's List</w:t>
      </w:r>
    </w:p>
    <w:sectPr w:rsidR="00FC693F" w:rsidRPr="0006063C" w:rsidSect="00034616">
      <w:pgSz w:w="12240" w:h="15840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7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ind w:left="173" w:hanging="173"/>
      <w:contextualSpacing/>
    </w:pPr>
    <w:rPr>
      <w:rFonts w:ascii="Arial" w:hAnsi="Arial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yrus.samson99@gmail.com" TargetMode="External"/><Relationship Id="rId10" Type="http://schemas.openxmlformats.org/officeDocument/2006/relationships/hyperlink" Target="https://www.syrussamson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Syrus Samson Resume</dc:title>
  <dc:subject>Front End Lead</dc:subject>
  <dc:creator>Syrus Samson</dc:creator>
  <cp:keywords>React TypeScript Front End Lead UI UX Agent Workflows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